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199" w:rsidRDefault="00C43199">
      <w:pPr>
        <w:jc w:val="center"/>
        <w:rPr>
          <w:b/>
          <w:sz w:val="24"/>
          <w:szCs w:val="24"/>
        </w:rPr>
      </w:pPr>
    </w:p>
    <w:p w:rsidR="00331891" w:rsidRDefault="00331891">
      <w:pPr>
        <w:jc w:val="center"/>
        <w:rPr>
          <w:b/>
          <w:sz w:val="24"/>
          <w:szCs w:val="24"/>
        </w:rPr>
      </w:pPr>
    </w:p>
    <w:p w:rsidR="001D7823" w:rsidRPr="00C43199" w:rsidRDefault="00AA58DB">
      <w:pPr>
        <w:jc w:val="center"/>
        <w:rPr>
          <w:sz w:val="24"/>
          <w:szCs w:val="24"/>
        </w:rPr>
      </w:pPr>
      <w:r w:rsidRPr="00C43199">
        <w:rPr>
          <w:b/>
          <w:sz w:val="24"/>
          <w:szCs w:val="24"/>
        </w:rPr>
        <w:t>DÉCLARATION INDIVIDUELLE DE CANDIDATURE</w:t>
      </w:r>
    </w:p>
    <w:p w:rsidR="00C43199" w:rsidRDefault="00AA58DB">
      <w:pPr>
        <w:jc w:val="center"/>
        <w:rPr>
          <w:b/>
          <w:sz w:val="24"/>
          <w:szCs w:val="24"/>
        </w:rPr>
      </w:pPr>
      <w:r w:rsidRPr="00C43199">
        <w:rPr>
          <w:b/>
          <w:sz w:val="24"/>
          <w:szCs w:val="24"/>
        </w:rPr>
        <w:t xml:space="preserve">Élections des </w:t>
      </w:r>
      <w:r w:rsidR="00C43199" w:rsidRPr="00C43199">
        <w:rPr>
          <w:b/>
          <w:sz w:val="24"/>
          <w:szCs w:val="24"/>
        </w:rPr>
        <w:t>representants</w:t>
      </w:r>
      <w:r w:rsidRPr="00C43199">
        <w:rPr>
          <w:b/>
          <w:sz w:val="24"/>
          <w:szCs w:val="24"/>
        </w:rPr>
        <w:t xml:space="preserve"> des </w:t>
      </w:r>
      <w:proofErr w:type="spellStart"/>
      <w:r w:rsidRPr="00C43199">
        <w:rPr>
          <w:b/>
          <w:sz w:val="24"/>
          <w:szCs w:val="24"/>
        </w:rPr>
        <w:t>usagers</w:t>
      </w:r>
      <w:proofErr w:type="spellEnd"/>
      <w:r w:rsidRPr="00C43199">
        <w:rPr>
          <w:b/>
          <w:sz w:val="24"/>
          <w:szCs w:val="24"/>
        </w:rPr>
        <w:t xml:space="preserve"> </w:t>
      </w:r>
      <w:r w:rsidR="00C43199">
        <w:rPr>
          <w:b/>
          <w:sz w:val="24"/>
          <w:szCs w:val="24"/>
        </w:rPr>
        <w:t xml:space="preserve">aux </w:t>
      </w:r>
      <w:proofErr w:type="spellStart"/>
      <w:r w:rsidR="00C43199">
        <w:rPr>
          <w:b/>
          <w:sz w:val="24"/>
          <w:szCs w:val="24"/>
        </w:rPr>
        <w:t>conseils</w:t>
      </w:r>
      <w:proofErr w:type="spellEnd"/>
      <w:r w:rsidR="00C43199">
        <w:rPr>
          <w:b/>
          <w:sz w:val="24"/>
          <w:szCs w:val="24"/>
        </w:rPr>
        <w:t xml:space="preserve"> </w:t>
      </w:r>
      <w:r w:rsidR="00C43199" w:rsidRPr="00C43199">
        <w:rPr>
          <w:b/>
          <w:sz w:val="24"/>
          <w:szCs w:val="24"/>
        </w:rPr>
        <w:t xml:space="preserve">de </w:t>
      </w:r>
      <w:proofErr w:type="spellStart"/>
      <w:r w:rsidR="00C43199">
        <w:rPr>
          <w:b/>
          <w:sz w:val="24"/>
          <w:szCs w:val="24"/>
        </w:rPr>
        <w:t>l’EPE</w:t>
      </w:r>
      <w:proofErr w:type="spellEnd"/>
      <w:r w:rsidR="00C43199">
        <w:rPr>
          <w:b/>
          <w:sz w:val="24"/>
          <w:szCs w:val="24"/>
        </w:rPr>
        <w:t xml:space="preserve"> </w:t>
      </w:r>
      <w:proofErr w:type="spellStart"/>
      <w:r w:rsidRPr="00C43199">
        <w:rPr>
          <w:b/>
          <w:sz w:val="24"/>
          <w:szCs w:val="24"/>
        </w:rPr>
        <w:t>Nîmes</w:t>
      </w:r>
      <w:proofErr w:type="spellEnd"/>
      <w:r w:rsidRPr="00C43199">
        <w:rPr>
          <w:b/>
          <w:sz w:val="24"/>
          <w:szCs w:val="24"/>
        </w:rPr>
        <w:t xml:space="preserve"> </w:t>
      </w:r>
      <w:proofErr w:type="spellStart"/>
      <w:r w:rsidRPr="00C43199">
        <w:rPr>
          <w:b/>
          <w:sz w:val="24"/>
          <w:szCs w:val="24"/>
        </w:rPr>
        <w:t>Université</w:t>
      </w:r>
      <w:proofErr w:type="spellEnd"/>
      <w:r w:rsidR="00C43199" w:rsidRPr="00C43199">
        <w:rPr>
          <w:b/>
          <w:sz w:val="24"/>
          <w:szCs w:val="24"/>
        </w:rPr>
        <w:t xml:space="preserve"> </w:t>
      </w:r>
    </w:p>
    <w:p w:rsidR="00536104" w:rsidRPr="00C43199" w:rsidRDefault="00536104" w:rsidP="00536104">
      <w:pPr>
        <w:jc w:val="center"/>
        <w:rPr>
          <w:sz w:val="24"/>
          <w:szCs w:val="24"/>
        </w:rPr>
      </w:pPr>
      <w:proofErr w:type="spellStart"/>
      <w:r w:rsidRPr="00C43199">
        <w:rPr>
          <w:b/>
          <w:sz w:val="24"/>
          <w:szCs w:val="24"/>
        </w:rPr>
        <w:t>Scrutin</w:t>
      </w:r>
      <w:proofErr w:type="spellEnd"/>
      <w:r w:rsidRPr="00C43199">
        <w:rPr>
          <w:b/>
          <w:sz w:val="24"/>
          <w:szCs w:val="24"/>
        </w:rPr>
        <w:t xml:space="preserve"> des 8 et 9 </w:t>
      </w:r>
      <w:proofErr w:type="spellStart"/>
      <w:r w:rsidRPr="00C43199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é</w:t>
      </w:r>
      <w:r w:rsidRPr="00C43199">
        <w:rPr>
          <w:b/>
          <w:sz w:val="24"/>
          <w:szCs w:val="24"/>
        </w:rPr>
        <w:t>cembre</w:t>
      </w:r>
      <w:proofErr w:type="spellEnd"/>
      <w:r w:rsidRPr="00C43199">
        <w:rPr>
          <w:b/>
          <w:sz w:val="24"/>
          <w:szCs w:val="24"/>
        </w:rPr>
        <w:t xml:space="preserve"> 2026</w:t>
      </w:r>
    </w:p>
    <w:p w:rsidR="00C43199" w:rsidRPr="00C43199" w:rsidRDefault="00C43199" w:rsidP="00536104">
      <w:pPr>
        <w:rPr>
          <w:sz w:val="24"/>
          <w:szCs w:val="24"/>
        </w:rPr>
      </w:pPr>
    </w:p>
    <w:p w:rsidR="001D7823" w:rsidRPr="00C43199" w:rsidRDefault="00AA58DB">
      <w:pPr>
        <w:rPr>
          <w:b/>
          <w:sz w:val="24"/>
          <w:szCs w:val="24"/>
        </w:rPr>
      </w:pPr>
      <w:r w:rsidRPr="00C43199">
        <w:rPr>
          <w:b/>
          <w:sz w:val="24"/>
          <w:szCs w:val="24"/>
        </w:rPr>
        <w:t>Je soussigné(e</w:t>
      </w:r>
      <w:proofErr w:type="gramStart"/>
      <w:r w:rsidRPr="00C43199">
        <w:rPr>
          <w:b/>
          <w:sz w:val="24"/>
          <w:szCs w:val="24"/>
        </w:rPr>
        <w:t>) :</w:t>
      </w:r>
      <w:proofErr w:type="gram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565"/>
        <w:gridCol w:w="6623"/>
      </w:tblGrid>
      <w:tr w:rsidR="001D7823" w:rsidRPr="00C43199" w:rsidTr="00536104">
        <w:trPr>
          <w:jc w:val="center"/>
        </w:trPr>
        <w:tc>
          <w:tcPr>
            <w:tcW w:w="4632" w:type="dxa"/>
            <w:shd w:val="clear" w:color="auto" w:fill="D9D9D9" w:themeFill="background1" w:themeFillShade="D9"/>
            <w:vAlign w:val="center"/>
          </w:tcPr>
          <w:p w:rsidR="001D7823" w:rsidRPr="00C43199" w:rsidRDefault="00AA58DB">
            <w:pPr>
              <w:spacing w:before="60" w:after="60"/>
              <w:rPr>
                <w:sz w:val="24"/>
                <w:szCs w:val="24"/>
              </w:rPr>
            </w:pPr>
            <w:r w:rsidRPr="00C43199">
              <w:rPr>
                <w:b/>
                <w:sz w:val="24"/>
                <w:szCs w:val="24"/>
              </w:rPr>
              <w:t xml:space="preserve">Nom et </w:t>
            </w:r>
            <w:proofErr w:type="spellStart"/>
            <w:r w:rsidRPr="00C43199">
              <w:rPr>
                <w:b/>
                <w:sz w:val="24"/>
                <w:szCs w:val="24"/>
              </w:rPr>
              <w:t>prén</w:t>
            </w:r>
            <w:bookmarkStart w:id="0" w:name="_GoBack"/>
            <w:bookmarkEnd w:id="0"/>
            <w:r w:rsidRPr="00C43199">
              <w:rPr>
                <w:b/>
                <w:sz w:val="24"/>
                <w:szCs w:val="24"/>
              </w:rPr>
              <w:t>om</w:t>
            </w:r>
            <w:proofErr w:type="spellEnd"/>
            <w:r w:rsidRPr="00C43199">
              <w:rPr>
                <w:b/>
                <w:sz w:val="24"/>
                <w:szCs w:val="24"/>
              </w:rPr>
              <w:t xml:space="preserve"> (</w:t>
            </w:r>
            <w:r w:rsidR="00536104">
              <w:rPr>
                <w:b/>
                <w:sz w:val="24"/>
                <w:szCs w:val="24"/>
              </w:rPr>
              <w:t>1</w:t>
            </w:r>
            <w:r w:rsidRPr="00C43199">
              <w:rPr>
                <w:b/>
                <w:sz w:val="24"/>
                <w:szCs w:val="24"/>
              </w:rPr>
              <w:t>)</w:t>
            </w:r>
            <w:r w:rsidR="00536104">
              <w:rPr>
                <w:b/>
                <w:sz w:val="24"/>
                <w:szCs w:val="24"/>
              </w:rPr>
              <w:t>(2)</w:t>
            </w:r>
          </w:p>
        </w:tc>
        <w:tc>
          <w:tcPr>
            <w:tcW w:w="5556" w:type="dxa"/>
            <w:vAlign w:val="center"/>
          </w:tcPr>
          <w:p w:rsidR="001D7823" w:rsidRPr="00C43199" w:rsidRDefault="00AA58DB">
            <w:pPr>
              <w:spacing w:before="60" w:after="60"/>
              <w:rPr>
                <w:sz w:val="24"/>
                <w:szCs w:val="24"/>
              </w:rPr>
            </w:pPr>
            <w:r w:rsidRPr="00C43199">
              <w:rPr>
                <w:sz w:val="24"/>
                <w:szCs w:val="24"/>
              </w:rPr>
              <w:t>________________________________________________</w:t>
            </w:r>
          </w:p>
        </w:tc>
      </w:tr>
      <w:tr w:rsidR="001D7823" w:rsidRPr="00C43199" w:rsidTr="00536104">
        <w:trPr>
          <w:jc w:val="center"/>
        </w:trPr>
        <w:tc>
          <w:tcPr>
            <w:tcW w:w="4632" w:type="dxa"/>
            <w:shd w:val="clear" w:color="auto" w:fill="D9D9D9" w:themeFill="background1" w:themeFillShade="D9"/>
            <w:vAlign w:val="center"/>
          </w:tcPr>
          <w:p w:rsidR="001D7823" w:rsidRPr="00C43199" w:rsidRDefault="00AA58DB">
            <w:pPr>
              <w:spacing w:before="60" w:after="60"/>
              <w:rPr>
                <w:sz w:val="24"/>
                <w:szCs w:val="24"/>
              </w:rPr>
            </w:pPr>
            <w:r w:rsidRPr="00C43199">
              <w:rPr>
                <w:b/>
                <w:sz w:val="24"/>
                <w:szCs w:val="24"/>
              </w:rPr>
              <w:t>Téléphone personnel</w:t>
            </w:r>
          </w:p>
        </w:tc>
        <w:tc>
          <w:tcPr>
            <w:tcW w:w="5556" w:type="dxa"/>
            <w:vAlign w:val="center"/>
          </w:tcPr>
          <w:p w:rsidR="001D7823" w:rsidRPr="00C43199" w:rsidRDefault="00AA58DB">
            <w:pPr>
              <w:spacing w:before="60" w:after="60"/>
              <w:rPr>
                <w:sz w:val="24"/>
                <w:szCs w:val="24"/>
              </w:rPr>
            </w:pPr>
            <w:r w:rsidRPr="00C43199">
              <w:rPr>
                <w:sz w:val="24"/>
                <w:szCs w:val="24"/>
              </w:rPr>
              <w:t>________________________________________________</w:t>
            </w:r>
          </w:p>
        </w:tc>
      </w:tr>
      <w:tr w:rsidR="001D7823" w:rsidRPr="00C43199" w:rsidTr="00536104">
        <w:trPr>
          <w:jc w:val="center"/>
        </w:trPr>
        <w:tc>
          <w:tcPr>
            <w:tcW w:w="4632" w:type="dxa"/>
            <w:shd w:val="clear" w:color="auto" w:fill="D9D9D9" w:themeFill="background1" w:themeFillShade="D9"/>
            <w:vAlign w:val="center"/>
          </w:tcPr>
          <w:p w:rsidR="001D7823" w:rsidRPr="00C43199" w:rsidRDefault="00AA58DB">
            <w:pPr>
              <w:spacing w:before="60" w:after="60"/>
              <w:rPr>
                <w:sz w:val="24"/>
                <w:szCs w:val="24"/>
              </w:rPr>
            </w:pPr>
            <w:r w:rsidRPr="00C43199">
              <w:rPr>
                <w:b/>
                <w:sz w:val="24"/>
                <w:szCs w:val="24"/>
              </w:rPr>
              <w:t>Adresse électronique étudiante</w:t>
            </w:r>
          </w:p>
        </w:tc>
        <w:tc>
          <w:tcPr>
            <w:tcW w:w="5556" w:type="dxa"/>
            <w:vAlign w:val="center"/>
          </w:tcPr>
          <w:p w:rsidR="001D7823" w:rsidRPr="00C43199" w:rsidRDefault="00AA58DB">
            <w:pPr>
              <w:spacing w:before="60" w:after="60"/>
              <w:rPr>
                <w:sz w:val="24"/>
                <w:szCs w:val="24"/>
              </w:rPr>
            </w:pPr>
            <w:r w:rsidRPr="00C43199">
              <w:rPr>
                <w:sz w:val="24"/>
                <w:szCs w:val="24"/>
              </w:rPr>
              <w:t>________________________________________________</w:t>
            </w:r>
          </w:p>
        </w:tc>
      </w:tr>
      <w:tr w:rsidR="001D7823" w:rsidRPr="00C43199" w:rsidTr="00536104">
        <w:trPr>
          <w:jc w:val="center"/>
        </w:trPr>
        <w:tc>
          <w:tcPr>
            <w:tcW w:w="4632" w:type="dxa"/>
            <w:shd w:val="clear" w:color="auto" w:fill="D9D9D9" w:themeFill="background1" w:themeFillShade="D9"/>
            <w:vAlign w:val="center"/>
          </w:tcPr>
          <w:p w:rsidR="001D7823" w:rsidRPr="00C43199" w:rsidRDefault="00AA58DB">
            <w:pPr>
              <w:spacing w:before="60" w:after="60"/>
              <w:rPr>
                <w:sz w:val="24"/>
                <w:szCs w:val="24"/>
              </w:rPr>
            </w:pPr>
            <w:r w:rsidRPr="00C43199">
              <w:rPr>
                <w:b/>
                <w:sz w:val="24"/>
                <w:szCs w:val="24"/>
              </w:rPr>
              <w:t>Diplôme préparé / Formation</w:t>
            </w:r>
          </w:p>
        </w:tc>
        <w:tc>
          <w:tcPr>
            <w:tcW w:w="5556" w:type="dxa"/>
            <w:vAlign w:val="center"/>
          </w:tcPr>
          <w:p w:rsidR="001D7823" w:rsidRPr="00C43199" w:rsidRDefault="00AA58DB">
            <w:pPr>
              <w:spacing w:before="60" w:after="60"/>
              <w:rPr>
                <w:sz w:val="24"/>
                <w:szCs w:val="24"/>
              </w:rPr>
            </w:pPr>
            <w:r w:rsidRPr="00C43199">
              <w:rPr>
                <w:sz w:val="24"/>
                <w:szCs w:val="24"/>
              </w:rPr>
              <w:t>________________________________________________</w:t>
            </w:r>
          </w:p>
        </w:tc>
      </w:tr>
    </w:tbl>
    <w:p w:rsidR="001D7823" w:rsidRPr="00C43199" w:rsidRDefault="001D7823">
      <w:pPr>
        <w:rPr>
          <w:sz w:val="24"/>
          <w:szCs w:val="24"/>
        </w:rPr>
      </w:pPr>
    </w:p>
    <w:p w:rsidR="00C43199" w:rsidRPr="00C43199" w:rsidRDefault="00AA58DB" w:rsidP="00AA58DB">
      <w:pPr>
        <w:rPr>
          <w:b/>
          <w:sz w:val="24"/>
          <w:szCs w:val="24"/>
        </w:rPr>
      </w:pPr>
      <w:proofErr w:type="spellStart"/>
      <w:r w:rsidRPr="00C43199">
        <w:rPr>
          <w:b/>
          <w:sz w:val="24"/>
          <w:szCs w:val="24"/>
        </w:rPr>
        <w:t>d</w:t>
      </w:r>
      <w:r w:rsidR="00C43199" w:rsidRPr="00C43199">
        <w:rPr>
          <w:b/>
          <w:sz w:val="24"/>
          <w:szCs w:val="24"/>
        </w:rPr>
        <w:t>é</w:t>
      </w:r>
      <w:r w:rsidRPr="00C43199">
        <w:rPr>
          <w:b/>
          <w:sz w:val="24"/>
          <w:szCs w:val="24"/>
        </w:rPr>
        <w:t>clare</w:t>
      </w:r>
      <w:proofErr w:type="spellEnd"/>
      <w:r w:rsidRPr="00C43199">
        <w:rPr>
          <w:b/>
          <w:sz w:val="24"/>
          <w:szCs w:val="24"/>
        </w:rPr>
        <w:t xml:space="preserve"> </w:t>
      </w:r>
      <w:r w:rsidR="009A7A0E" w:rsidRPr="00C43199">
        <w:rPr>
          <w:b/>
          <w:sz w:val="24"/>
          <w:szCs w:val="24"/>
        </w:rPr>
        <w:t>presenter</w:t>
      </w:r>
      <w:r w:rsidRPr="00C43199">
        <w:rPr>
          <w:b/>
          <w:sz w:val="24"/>
          <w:szCs w:val="24"/>
        </w:rPr>
        <w:t xml:space="preserve"> ma candidature </w:t>
      </w:r>
      <w:r w:rsidR="00C43199">
        <w:rPr>
          <w:b/>
          <w:sz w:val="24"/>
          <w:szCs w:val="24"/>
        </w:rPr>
        <w:t xml:space="preserve">pour les </w:t>
      </w:r>
      <w:proofErr w:type="spellStart"/>
      <w:r w:rsidR="00C43199">
        <w:rPr>
          <w:b/>
          <w:sz w:val="24"/>
          <w:szCs w:val="24"/>
        </w:rPr>
        <w:t>élections</w:t>
      </w:r>
      <w:proofErr w:type="spellEnd"/>
      <w:r w:rsidR="00C43199">
        <w:rPr>
          <w:b/>
          <w:sz w:val="24"/>
          <w:szCs w:val="24"/>
        </w:rPr>
        <w:t xml:space="preserve"> </w:t>
      </w:r>
      <w:r w:rsidRPr="00C43199">
        <w:rPr>
          <w:b/>
          <w:sz w:val="24"/>
          <w:szCs w:val="24"/>
        </w:rPr>
        <w:t xml:space="preserve">au </w:t>
      </w:r>
      <w:proofErr w:type="spellStart"/>
      <w:r w:rsidRPr="00C43199">
        <w:rPr>
          <w:b/>
          <w:sz w:val="24"/>
          <w:szCs w:val="24"/>
        </w:rPr>
        <w:t>conseil</w:t>
      </w:r>
      <w:proofErr w:type="spellEnd"/>
      <w:r w:rsidR="00C43199">
        <w:rPr>
          <w:b/>
          <w:sz w:val="24"/>
          <w:szCs w:val="24"/>
        </w:rPr>
        <w:t xml:space="preserve"> </w:t>
      </w:r>
      <w:proofErr w:type="spellStart"/>
      <w:r w:rsidR="00C43199">
        <w:rPr>
          <w:b/>
          <w:sz w:val="24"/>
          <w:szCs w:val="24"/>
        </w:rPr>
        <w:t>suivant</w:t>
      </w:r>
      <w:proofErr w:type="spellEnd"/>
      <w:r w:rsidR="00C43199">
        <w:rPr>
          <w:b/>
          <w:sz w:val="24"/>
          <w:szCs w:val="24"/>
        </w:rPr>
        <w:t>:</w:t>
      </w:r>
    </w:p>
    <w:bookmarkStart w:id="1" w:name="_Hlk243898098"/>
    <w:p w:rsidR="00AA58DB" w:rsidRPr="00C43199" w:rsidRDefault="00536104" w:rsidP="00C43199">
      <w:pPr>
        <w:jc w:val="center"/>
        <w:rPr>
          <w:b/>
          <w:sz w:val="24"/>
          <w:szCs w:val="24"/>
        </w:rPr>
      </w:pPr>
      <w:sdt>
        <w:sdtPr>
          <w:rPr>
            <w:b/>
            <w:sz w:val="24"/>
            <w:szCs w:val="24"/>
          </w:rPr>
          <w:id w:val="-471442011"/>
          <w:placeholder>
            <w:docPart w:val="DefaultPlaceholder_-1854013438"/>
          </w:placeholder>
          <w:showingPlcHdr/>
          <w15:color w:val="FF6600"/>
          <w:dropDownList>
            <w:listItem w:value="Choisissez un conseil"/>
            <w:listItem w:displayText="Conseil administration" w:value="Conseil administration"/>
            <w:listItem w:displayText="Conseil de la recherche" w:value="Conseil de la recherche"/>
            <w:listItem w:displayText="Conseil de la formation" w:value="Conseil de la formation"/>
            <w:listItem w:displayText="Conseil de faculté" w:value="Conseil de faculté"/>
          </w:dropDownList>
        </w:sdtPr>
        <w:sdtEndPr/>
        <w:sdtContent>
          <w:r w:rsidR="00C43199" w:rsidRPr="00FA57F1">
            <w:rPr>
              <w:rStyle w:val="Textedelespacerserv"/>
              <w:b/>
              <w:color w:val="E36C0A" w:themeColor="accent6" w:themeShade="BF"/>
              <w:sz w:val="24"/>
              <w:szCs w:val="24"/>
            </w:rPr>
            <w:t>Choisissez un élément.</w:t>
          </w:r>
        </w:sdtContent>
      </w:sdt>
      <w:bookmarkEnd w:id="1"/>
    </w:p>
    <w:p w:rsidR="00AA58DB" w:rsidRPr="00C43199" w:rsidRDefault="00AA58DB" w:rsidP="00AA58DB">
      <w:pPr>
        <w:rPr>
          <w:b/>
          <w:sz w:val="24"/>
          <w:szCs w:val="24"/>
        </w:rPr>
      </w:pPr>
    </w:p>
    <w:p w:rsidR="00C43199" w:rsidRPr="00C43199" w:rsidRDefault="00C43199" w:rsidP="00C43199">
      <w:pPr>
        <w:rPr>
          <w:b/>
          <w:sz w:val="24"/>
          <w:szCs w:val="24"/>
        </w:rPr>
      </w:pPr>
      <w:r w:rsidRPr="00C43199">
        <w:rPr>
          <w:b/>
          <w:sz w:val="24"/>
          <w:szCs w:val="24"/>
        </w:rPr>
        <w:t>Pour le college</w:t>
      </w:r>
    </w:p>
    <w:p w:rsidR="00AA58DB" w:rsidRPr="00C43199" w:rsidRDefault="00C43199" w:rsidP="00C43199">
      <w:pPr>
        <w:jc w:val="center"/>
        <w:rPr>
          <w:b/>
          <w:sz w:val="24"/>
          <w:szCs w:val="24"/>
        </w:rPr>
      </w:pPr>
      <w:r w:rsidRPr="00C43199">
        <w:rPr>
          <w:b/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-550463570"/>
          <w:placeholder>
            <w:docPart w:val="3CED34EE95E14C6F922264DDE5025148"/>
          </w:placeholder>
          <w:showingPlcHdr/>
          <w15:color w:val="FF0000"/>
          <w:dropDownList>
            <w:listItem w:value="Choisissez un collège"/>
            <w:listItem w:displayText="Conseil administration, Collège usagers université" w:value="Conseil administration, Collège usagers université"/>
            <w:listItem w:displayText="Conseil administration, Collège usagers etablissements composantes" w:value="Conseil administration, Collège usagers etablissements composantes"/>
            <w:listItem w:displayText="Conseil administration, Collège usagers etablissements associés" w:value="Conseil administration, Collège usagers etablissements associés"/>
            <w:listItem w:displayText="Conseil de la recherche, Collège Doctorants" w:value="Conseil de la recherche, Collège Doctorants"/>
            <w:listItem w:displayText="C Form ou Fac, Collège Design" w:value="C Form ou Fac, Collège Design"/>
            <w:listItem w:displayText="C Form ou Fac, Collège Droit economie gestion" w:value="C Form ou Fac, Collège Droit economie gestion"/>
            <w:listItem w:displayText="C Form ou Fac, Collège Lettres, Langues et Histoire (LLH) " w:value="C Form ou Fac, Collège Lettres, Langues et Histoire (LLH) "/>
            <w:listItem w:displayText="C Form ou Fac, Collège Psychologie et STAPS " w:value="C Form ou Fac, Collège Psychologie et STAPS "/>
            <w:listItem w:displayText="C Form ou Fac, Collège Sciences" w:value="C Form ou Fac, Collège Sciences"/>
          </w:dropDownList>
        </w:sdtPr>
        <w:sdtEndPr/>
        <w:sdtContent>
          <w:r w:rsidRPr="00FA57F1">
            <w:rPr>
              <w:b/>
              <w:color w:val="E36C0A" w:themeColor="accent6" w:themeShade="BF"/>
              <w:sz w:val="24"/>
              <w:szCs w:val="24"/>
            </w:rPr>
            <w:t>Choisissez un élément.</w:t>
          </w:r>
        </w:sdtContent>
      </w:sdt>
    </w:p>
    <w:p w:rsidR="00AA58DB" w:rsidRPr="00C43199" w:rsidRDefault="00AA58DB" w:rsidP="00AA58DB">
      <w:pPr>
        <w:rPr>
          <w:sz w:val="24"/>
          <w:szCs w:val="24"/>
        </w:rPr>
      </w:pPr>
    </w:p>
    <w:p w:rsidR="00536104" w:rsidRPr="00483D30" w:rsidRDefault="00536104" w:rsidP="00536104">
      <w:pPr>
        <w:rPr>
          <w:rFonts w:cs="Arial"/>
          <w:sz w:val="24"/>
          <w:szCs w:val="24"/>
        </w:rPr>
      </w:pPr>
      <w:r w:rsidRPr="00483D30">
        <w:rPr>
          <w:rFonts w:cs="Arial"/>
          <w:b/>
          <w:sz w:val="24"/>
          <w:szCs w:val="24"/>
        </w:rPr>
        <w:t xml:space="preserve">NOM DE LA </w:t>
      </w:r>
      <w:proofErr w:type="gramStart"/>
      <w:r w:rsidRPr="00483D30">
        <w:rPr>
          <w:rFonts w:cs="Arial"/>
          <w:b/>
          <w:sz w:val="24"/>
          <w:szCs w:val="24"/>
        </w:rPr>
        <w:t>LISTE :</w:t>
      </w:r>
      <w:proofErr w:type="gramEnd"/>
      <w:r w:rsidRPr="00483D30">
        <w:rPr>
          <w:rFonts w:cs="Arial"/>
          <w:b/>
          <w:sz w:val="24"/>
          <w:szCs w:val="24"/>
        </w:rPr>
        <w:t xml:space="preserve"> </w:t>
      </w:r>
      <w:r w:rsidRPr="00483D30">
        <w:rPr>
          <w:rFonts w:cs="Arial"/>
          <w:sz w:val="24"/>
          <w:szCs w:val="24"/>
        </w:rPr>
        <w:t>........................................................................................................</w:t>
      </w:r>
    </w:p>
    <w:p w:rsidR="001D7823" w:rsidRPr="00C43199" w:rsidRDefault="001D7823">
      <w:pPr>
        <w:rPr>
          <w:sz w:val="24"/>
          <w:szCs w:val="24"/>
        </w:rPr>
      </w:pPr>
    </w:p>
    <w:p w:rsidR="00536104" w:rsidRPr="00536104" w:rsidRDefault="00536104" w:rsidP="00536104">
      <w:pPr>
        <w:rPr>
          <w:rFonts w:cs="Arial"/>
          <w:sz w:val="24"/>
          <w:szCs w:val="24"/>
        </w:rPr>
      </w:pPr>
      <w:r w:rsidRPr="00483D30">
        <w:rPr>
          <w:rFonts w:cs="Arial"/>
          <w:b/>
          <w:sz w:val="24"/>
          <w:szCs w:val="24"/>
        </w:rPr>
        <w:t xml:space="preserve">Fait à </w:t>
      </w:r>
      <w:proofErr w:type="spellStart"/>
      <w:r w:rsidRPr="00483D30">
        <w:rPr>
          <w:rFonts w:cs="Arial"/>
          <w:b/>
          <w:sz w:val="24"/>
          <w:szCs w:val="24"/>
        </w:rPr>
        <w:t>Nîmes</w:t>
      </w:r>
      <w:proofErr w:type="spellEnd"/>
      <w:r w:rsidRPr="00483D30">
        <w:rPr>
          <w:rFonts w:cs="Arial"/>
          <w:b/>
          <w:sz w:val="24"/>
          <w:szCs w:val="24"/>
        </w:rPr>
        <w:t xml:space="preserve">, le </w:t>
      </w:r>
      <w:r w:rsidRPr="00483D30">
        <w:rPr>
          <w:rFonts w:cs="Arial"/>
          <w:sz w:val="24"/>
          <w:szCs w:val="24"/>
        </w:rPr>
        <w:t>................................................</w:t>
      </w:r>
    </w:p>
    <w:p w:rsidR="001D7823" w:rsidRDefault="00AA58DB" w:rsidP="00536104">
      <w:r w:rsidRPr="00C43199">
        <w:rPr>
          <w:sz w:val="24"/>
          <w:szCs w:val="24"/>
        </w:rPr>
        <w:t xml:space="preserve">Signature du </w:t>
      </w:r>
      <w:proofErr w:type="gramStart"/>
      <w:r w:rsidRPr="00C43199">
        <w:rPr>
          <w:sz w:val="24"/>
          <w:szCs w:val="24"/>
        </w:rPr>
        <w:t>candidat :</w:t>
      </w:r>
      <w:proofErr w:type="gramEnd"/>
      <w:r>
        <w:br/>
      </w:r>
      <w:r>
        <w:br/>
      </w:r>
    </w:p>
    <w:p w:rsidR="00536104" w:rsidRDefault="00536104" w:rsidP="00536104"/>
    <w:p w:rsidR="001D7823" w:rsidRDefault="00AA58DB">
      <w:r>
        <w:rPr>
          <w:i/>
          <w:sz w:val="16"/>
        </w:rPr>
        <w:t>(1) Chaque candidat doit remplir et signer en original une déclaration de candidature, conformément à l’article D. 719-22 du code de l’éducation.</w:t>
      </w:r>
    </w:p>
    <w:p w:rsidR="001D7823" w:rsidRDefault="00AA58DB">
      <w:r>
        <w:rPr>
          <w:i/>
          <w:sz w:val="16"/>
        </w:rPr>
        <w:t>(2) Indiquer les nom et prénom qui figureront sur les bulletins de vote.</w:t>
      </w:r>
    </w:p>
    <w:sectPr w:rsidR="001D7823" w:rsidSect="00034616">
      <w:headerReference w:type="default" r:id="rId8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891" w:rsidRDefault="00331891" w:rsidP="00331891">
      <w:pPr>
        <w:spacing w:after="0" w:line="240" w:lineRule="auto"/>
      </w:pPr>
      <w:r>
        <w:separator/>
      </w:r>
    </w:p>
  </w:endnote>
  <w:endnote w:type="continuationSeparator" w:id="0">
    <w:p w:rsidR="00331891" w:rsidRDefault="00331891" w:rsidP="00331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891" w:rsidRDefault="00331891" w:rsidP="00331891">
      <w:pPr>
        <w:spacing w:after="0" w:line="240" w:lineRule="auto"/>
      </w:pPr>
      <w:r>
        <w:separator/>
      </w:r>
    </w:p>
  </w:footnote>
  <w:footnote w:type="continuationSeparator" w:id="0">
    <w:p w:rsidR="00331891" w:rsidRDefault="00331891" w:rsidP="00331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891" w:rsidRDefault="00331891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B7D625" wp14:editId="719F2AFF">
          <wp:simplePos x="0" y="0"/>
          <wp:positionH relativeFrom="column">
            <wp:posOffset>-7620</wp:posOffset>
          </wp:positionH>
          <wp:positionV relativeFrom="paragraph">
            <wp:posOffset>-198120</wp:posOffset>
          </wp:positionV>
          <wp:extent cx="1368354" cy="573206"/>
          <wp:effectExtent l="0" t="0" r="3810" b="0"/>
          <wp:wrapNone/>
          <wp:docPr id="1897838433" name="Image 1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7838433" name="Image 1" descr="Une image contenant texte, Police, logo, Graph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354" cy="573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7823"/>
    <w:rsid w:val="0029639D"/>
    <w:rsid w:val="00326F90"/>
    <w:rsid w:val="00331891"/>
    <w:rsid w:val="00536104"/>
    <w:rsid w:val="009A7A0E"/>
    <w:rsid w:val="00A23DC3"/>
    <w:rsid w:val="00AA1D8D"/>
    <w:rsid w:val="00AA58DB"/>
    <w:rsid w:val="00B47730"/>
    <w:rsid w:val="00C43199"/>
    <w:rsid w:val="00CB0664"/>
    <w:rsid w:val="00FA57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0A4839"/>
  <w14:defaultImageDpi w14:val="330"/>
  <w15:docId w15:val="{E97909CA-7C38-4C64-AFD8-08F62C728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edelespacerserv">
    <w:name w:val="Placeholder Text"/>
    <w:basedOn w:val="Policepardfaut"/>
    <w:uiPriority w:val="99"/>
    <w:semiHidden/>
    <w:rsid w:val="00AA58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43925C-1176-4F2F-892C-4CC99B9B8631}"/>
      </w:docPartPr>
      <w:docPartBody>
        <w:p w:rsidR="00F1570F" w:rsidRDefault="00F1570F">
          <w:r w:rsidRPr="00AB693C">
            <w:rPr>
              <w:rStyle w:val="Textedelespacerserv"/>
            </w:rPr>
            <w:t>Choisissez un élément.</w:t>
          </w:r>
        </w:p>
      </w:docPartBody>
    </w:docPart>
    <w:docPart>
      <w:docPartPr>
        <w:name w:val="3CED34EE95E14C6F922264DDE50251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3B073E-4D39-40D1-AD59-5529496126CF}"/>
      </w:docPartPr>
      <w:docPartBody>
        <w:p w:rsidR="00165873" w:rsidRDefault="00F1570F" w:rsidP="00F1570F">
          <w:pPr>
            <w:pStyle w:val="3CED34EE95E14C6F922264DDE5025148"/>
          </w:pPr>
          <w:r w:rsidRPr="00AB693C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70F"/>
    <w:rsid w:val="00165873"/>
    <w:rsid w:val="00F1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1570F"/>
    <w:rPr>
      <w:color w:val="808080"/>
    </w:rPr>
  </w:style>
  <w:style w:type="paragraph" w:customStyle="1" w:styleId="32B0D966FCA94232AF8C8682B360E3A8">
    <w:name w:val="32B0D966FCA94232AF8C8682B360E3A8"/>
    <w:rsid w:val="00F1570F"/>
  </w:style>
  <w:style w:type="paragraph" w:customStyle="1" w:styleId="C3A0D75C5B97453083D0F4E37538913E">
    <w:name w:val="C3A0D75C5B97453083D0F4E37538913E"/>
    <w:rsid w:val="00F1570F"/>
  </w:style>
  <w:style w:type="paragraph" w:customStyle="1" w:styleId="A5B5684A029B4D7E8A97FA449B86F527">
    <w:name w:val="A5B5684A029B4D7E8A97FA449B86F527"/>
    <w:rsid w:val="00F1570F"/>
  </w:style>
  <w:style w:type="paragraph" w:customStyle="1" w:styleId="43B593BE08134FB7A2D57D7902B9EB65">
    <w:name w:val="43B593BE08134FB7A2D57D7902B9EB65"/>
    <w:rsid w:val="00F1570F"/>
  </w:style>
  <w:style w:type="paragraph" w:customStyle="1" w:styleId="CE06923C112F43B09E6A6BA0BD2D608C">
    <w:name w:val="CE06923C112F43B09E6A6BA0BD2D608C"/>
    <w:rsid w:val="00F1570F"/>
  </w:style>
  <w:style w:type="paragraph" w:customStyle="1" w:styleId="CDF4B509D13742E7A6E99DB3CB35881F">
    <w:name w:val="CDF4B509D13742E7A6E99DB3CB35881F"/>
    <w:rsid w:val="00F1570F"/>
  </w:style>
  <w:style w:type="paragraph" w:customStyle="1" w:styleId="BB4A950780D4490E82A155BE560CB940">
    <w:name w:val="BB4A950780D4490E82A155BE560CB940"/>
    <w:rsid w:val="00F1570F"/>
  </w:style>
  <w:style w:type="paragraph" w:customStyle="1" w:styleId="770E553EF273433BA91EE4226BBC062D">
    <w:name w:val="770E553EF273433BA91EE4226BBC062D"/>
    <w:rsid w:val="00F1570F"/>
  </w:style>
  <w:style w:type="paragraph" w:customStyle="1" w:styleId="2F9F838504364A36A2F1941B1CC9D5A2">
    <w:name w:val="2F9F838504364A36A2F1941B1CC9D5A2"/>
    <w:rsid w:val="00F1570F"/>
  </w:style>
  <w:style w:type="paragraph" w:customStyle="1" w:styleId="3CED34EE95E14C6F922264DDE5025148">
    <w:name w:val="3CED34EE95E14C6F922264DDE5025148"/>
    <w:rsid w:val="00F157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DEB7ED-0A44-4BDE-A4B1-5D94076FA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Caroline Feuillade</cp:lastModifiedBy>
  <cp:revision>5</cp:revision>
  <dcterms:created xsi:type="dcterms:W3CDTF">2026-10-26T08:23:00Z</dcterms:created>
  <dcterms:modified xsi:type="dcterms:W3CDTF">2026-10-26T08:55:00Z</dcterms:modified>
  <cp:category/>
</cp:coreProperties>
</file>